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🎤 הכנה לראיון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ראיון קבוצתי ויום מיון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איך מתנהל ראיון קבוצתי ויום מיון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התנהגות מועילה בעבודת צוות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התנהגות שעוזרת לבין התנהגות שמזיקה בראיון קבוצתי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30-60 שניות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איך כל אחד מקשיב, תורם ומשתף פעולה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להזמין אותו להשתתף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"אני מסכים עם מה שאמרה מאיה, ואוסיף..."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גם בראיונות למגמות וימי מיון למכינות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שתיקה מוחלטת לא עוזרת - חשוב להשתתף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 דווקא מראה חשיבה עצמאית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זה פוגע בשיתוף הפעולה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זו תרומה חשובה למשימה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עדיף לנסות ולהוסיף מחשבה כלשהי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כך רואים את האישיות האמיתית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צוות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ברור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חושב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צופה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קבוצתיות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התאמה: עוזר או מזיק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(עוזר)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ו (מזיק)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(עוזר)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(מזיק)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(עוזר)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ב (מזיק)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כמה מועמדים נפגשים יחד עם מראיין או צוות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כל אחד עושה הצגה עצמית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הקבוצה מקבלת דילמה או משימה משותפת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חברי הקבוצה מקשיבים, תורמים ומשתפים פעולה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הצוות המראיין מתבונן ומעריך את ההתנהגות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תרגול הדילמה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תשובות אפשריות: להציע פשרה (למשל חצי מהזמן לכל רעיון), להזמין את כל אחד להביע דעה בקצרה, להצביע, לחפש פתרון משותף שמשלב את שני הרעיונות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חופשית בפורמט: אני מסכים/ה עם... ואוסיף ש...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הצגה קצרה וברורה של 30-60 שניות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לעוזר: להציע רעיון ברור / דוגמה למזיק: להשתלט על השיחה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שכולם יתרמו ויראו שיתוף פעולה אמיתי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לחלק את הכיתה לקבוצות קטנות ולתרגל בפועל את תרגיל הדילמה עם צופה אחד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להקרין את רשימת מה עוזר ומה פחות כדי לדון בכל סעיף לפני התרגול המעשי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שגם מי שביישן יכול לתרום - למשל בניהול זמן או רישום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🎤 הכנה לראיון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ראיון קבוצתי ויום מיון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בראיון קבוצתי כמה אנשים נפגשים ביחד. נותנים להם משימה. המראיינים מסתכלים איך כל אחד מתנהג בקבוצה.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ראיון קבוצתי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כמה מועמדים נפגשים יחד עם מראיין או צוות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יום מיון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יום עם כמה משימות ושלבים כדי לבחור מועמדים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דילמה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בעיה או שאלה שצריך להחליט לגביה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הצגה עצמית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כמה משפטים קצרים שמספרים על עצמך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שיתוף פעולה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לעבוד יחד עם אחרים לקראת מטרה משותפת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להשתלט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לדבר הרבה ולא לתת לאחרים מקום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לתרום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להוסיף רעיון או עזרה לקבוצה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צופה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מישהו שמסתכל ורושם מה קורה בלי להשתתף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זמן ההצגה העצמית?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30-60 שניות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5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10 שניות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15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בודקים בראיון קבוצתי?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 הכי חזק פיזית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איך כל אחד מקשיב, תורם ומשתף פעולה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 מדבר הכי הרבה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 הכי שקט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עושים כשמישהו שקט בקבוצה?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להתעלם ממנו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להזמין אותו להשתתף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לדבר במקומו כל הזמן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לבקש שיצא מהחדר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איך מתייחסים יפה לרעיון של מישהו אחר?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"זה רעיון מטופש"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"אני מסכים עם מה שאמרה מאיה, ואוסיף..."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להתעלם לגמרי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לצחוק על הרעיון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איפה יש משימות קבוצתיות?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בראיונות עבודה רגילים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גם בראיונות למגמות וימי מיון למכינות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בבתי ספר יסודיים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אף פעם לא בראיונות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כדאי לשתוק לגמרי לאורך כל המשימה הקבוצתית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להביע דעה שונה מהקבוצה, בנימוס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כדאי להשתלט על השיחה ולא לתת לאחרים לדבר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לעזור בניהול הזמן או בסיכום בתוך הקבוצה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שואלים משהו ולא יודעים, אפשר לענות "אני לא יודע" ולעצור שם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חשוב להיות עצמך בראיון קבוצתי ולא לשחק דמות אחרת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בראיון קבוצתי כמה מועמדים נפגשים יחד עם מראיין או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אחרי ההצגה העצמית מקבלים דילמה, שאלה לדיון או __________ משותפת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אחד הדברים שעוזרים הוא להציע רעיון אחד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כדי להזמין שקטים להשתתף אפשר לשאול "מה את/ה __________?"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בתרגול הדילמה מתרגלים בקבוצות של 5, עם __________ אחד שממלא דף תצפית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ימי מיון למכינות ולשנות שירות כוללים לרוב משימות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התאמה: עוזר או מזיק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להקשיב להצגות של אחרים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מזיק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להשתלט ולא לתת לאחרים לדבר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מזיק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להביע דעה שונה בנימוס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עוזר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לזלזל ברעיונות של אחרים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עוזר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לעזור בניהול זמן ורישום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עוזר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לענות "אני לא יודע" ולעצור שם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מזיק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אחד עושה הצגה עצמית קצרה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הקבוצה מקבלת דילמה או משימה משותפת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הצוות המראיין מתבונן ומעריך את ההתנהגות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כמה מועמדים נפגשים יחד עם מראיין או צוות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חברי הקבוצה מקשיבים, תורמים ומשתפים פעולה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תרגול הדילמה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דמיינו שהקבוצה שלכם קיבלה תקציב לארגן אירוע לשכבה - חצי רוצים מסיבה וחצי רוצים יום התנדבות. כתבו שתי דרכים שבהן תוכלו לעזור להגיע להחלטה משותפת תוך 10 דקות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אחד שבו אתם מסכימים עם רעיון של חבר ומוסיפים עליו רעיון משלכם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חשוב לעשות בהצגה העצמית בראיון קבוצתי?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להתנהגות שעוזרת ואחת שמזיקה בראיון קבוצתי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להזמין חברים שקטים להשתתף?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ראיון קבוצתי ויום מיון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