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קבוצתי ויום מיון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איך מתנהל ראיון קבוצתי ויום 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מועילה בעבודת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התנהגות שעוזרת לבין התנהגות שמזיקה בראיון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30-60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להזמין אותו להשתתף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שתיקה מוחלטת לא עוזרת - חשוב להשתתף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דווקא מראה חשיבה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פוגע בשיתוף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עוזר או מזיק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(מזיק)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(מזיק)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כמה מועמדים נפגשים יחד עם מראיין או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אחד עושה הצגה עצמית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מקבלת דילמה או משימה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חברי הקבוצה מקשיבים, תורמים ומשתפים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הדילמה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להציע פשרה (למשל חצי מהזמן לכל רעיון), להזמין את כל אחד להביע דעה בקצרה, להצביע, לחפש פתרון משותף שמשלב את שני הרעיונות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הצגה קצרה וברורה של 30-60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לעוזר: להציע רעיון ברור / דוגמה למזיק: להשתלט על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יתרמו ויראו שיתוף פעולה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הכיתה לקבוצות קטנות ולתרגל בפועל את תרגיל הדילמה עם צופה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מה עוזר ומה פחות כדי לדון בכל סעיף לפני התרגול המעשי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שגם מי שביישן יכול לתרום - למשל בניהול זמן או רישום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קבוצתי ויום מיון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בראיון קבוצתי כמה מועמדים נפגשים יחד ומקבלים דילמה או משימה משותפת, והצוות המראיין מתבונן איך כל אחד ואחת מקשיבים, תורמים ומשתפים 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משימה  ·  ברור  ·  צוות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כדאי להקדיש להצגה עצמית בראיון קבוצתי?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30-60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עדיף לעשות כשמישהו בקבוצה 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להזמין אותו להשתתף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לדבר במקומו כל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לשתוק לגמרי לאורך כל המשימה הקבוצתית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להביע דעה שונה מהקבוצה, בנימוס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להשתלט על השיחה ולא לתת לאחרים לדבר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בראיון קבוצתי כמה מועמדים נפגשים יחד עם מראיין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ההצגה העצמית מקבלים דילמה, שאלה לדיון או __________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אחד הדברים שעוזרים הוא להציע רעיון אחד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עוזר או מזיק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להקשיב להצגות של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להשתלט ולא לתת לאחרים לדבר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מזיק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להביע דעה שונה בנימוס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עוזר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לזלזל ברעיונות של אחרים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מזיק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אחד עושה הצגה עצמית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חברי הקבוצה מקשיבים, תורמים ומשתפים 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כמה מועמדים נפגשים יחד עם מראיין או 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הקבוצה מקבלת דילמה או משימה משותפת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הדילמה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שהקבוצה שלכם קיבלה תקציב לארגן אירוע לשכבה - חצי רוצים מסיבה וחצי רוצים יום התנדבות. כתבו שתי דרכים שבהן תוכלו לעזור להגיע להחלטה משותפת תוך 10 דקות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חשוב לעשות בהצגה העצמית בראיון קבוצתי?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להתנהגות שעוזרת ואחת שמזיקה בראיון קבוצתי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קבוצתי ויום מיון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